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Noto Serif" w:hAnsi="Noto Serif" w:eastAsia="Noto Serif"/>
          <w:b/>
          <w:sz w:val="36"/>
        </w:rPr>
        <w:t>Journal of Intelligent Systems, Control, and Applications (JISCA)</w:t>
        <w:br/>
        <w:t>Manuscript Template</w:t>
      </w:r>
    </w:p>
    <w:p>
      <w:pPr>
        <w:jc w:val="center"/>
      </w:pPr>
      <w:r>
        <w:rPr>
          <w:i/>
        </w:rPr>
        <w:t>Version: January 2026</w:t>
      </w:r>
    </w:p>
    <w:p/>
    <w:p>
      <w:pPr>
        <w:jc w:val="center"/>
      </w:pPr>
      <w:r>
        <w:rPr>
          <w:i/>
        </w:rPr>
        <w:t>Replace all bracketed placeholders before submission.</w:t>
      </w:r>
    </w:p>
    <w:p/>
    <w:p>
      <w:pPr>
        <w:pStyle w:val="Heading1"/>
      </w:pPr>
      <w:r>
        <w:t>Manuscript Information</w:t>
      </w:r>
    </w:p>
    <w:p>
      <w:pPr>
        <w:pStyle w:val="ListBullet"/>
      </w:pPr>
      <w:r>
        <w:t>Title: [Concise, specific title]</w:t>
      </w:r>
    </w:p>
    <w:p>
      <w:pPr>
        <w:pStyle w:val="ListBullet"/>
      </w:pPr>
      <w:r>
        <w:t>Authors: [Full names in publication order]</w:t>
      </w:r>
    </w:p>
    <w:p>
      <w:pPr>
        <w:pStyle w:val="ListBullet"/>
      </w:pPr>
      <w:r>
        <w:t>Affiliations: [Department, Institution, City, Country]</w:t>
      </w:r>
    </w:p>
    <w:p>
      <w:pPr>
        <w:pStyle w:val="ListBullet"/>
      </w:pPr>
      <w:r>
        <w:t>Corresponding Author: [Name], [Email]</w:t>
      </w:r>
    </w:p>
    <w:p>
      <w:pPr>
        <w:pStyle w:val="ListBullet"/>
      </w:pPr>
      <w:r>
        <w:t>Article Type: [Research Article / Case Study / Review / Short Communication / Student Project Paper]</w:t>
      </w:r>
    </w:p>
    <w:p/>
    <w:p>
      <w:pPr>
        <w:pStyle w:val="Heading1"/>
      </w:pPr>
      <w:r>
        <w:t>Abstract</w:t>
      </w:r>
    </w:p>
    <w:p>
      <w:r>
        <w:t>[150–250 words recommended. The abstract should stand alone and summarize the problem, method, key results, and significance.]</w:t>
      </w:r>
    </w:p>
    <w:p>
      <w:pPr>
        <w:pStyle w:val="Heading1"/>
      </w:pPr>
      <w:r>
        <w:t>Keywords</w:t>
      </w:r>
    </w:p>
    <w:p>
      <w:r>
        <w:t>[4–8 keywords, separated by commas]</w:t>
      </w:r>
    </w:p>
    <w:p>
      <w:pPr>
        <w:pStyle w:val="Heading1"/>
      </w:pPr>
      <w:r>
        <w:t>Highlights (recommended)</w:t>
      </w:r>
    </w:p>
    <w:p>
      <w:pPr>
        <w:pStyle w:val="ListBullet"/>
      </w:pPr>
      <w:r>
        <w:t>[1–3 key contributions in bullet form]</w:t>
      </w:r>
    </w:p>
    <w:p>
      <w:pPr>
        <w:pStyle w:val="ListBullet"/>
      </w:pPr>
      <w:r>
        <w:t>[Use measurable statements (e.g., accuracy, stability margin, runtime, ablation outcome)]</w:t>
      </w:r>
    </w:p>
    <w:p>
      <w:pPr>
        <w:pStyle w:val="Heading1"/>
      </w:pPr>
      <w:r>
        <w:t>1. Introduction</w:t>
      </w:r>
    </w:p>
    <w:p>
      <w:r>
        <w:t>[State the problem, motivation, and contributions. Clearly position against prior work.]</w:t>
      </w:r>
    </w:p>
    <w:p>
      <w:pPr>
        <w:pStyle w:val="Heading1"/>
      </w:pPr>
      <w:r>
        <w:t>2. Related Work</w:t>
      </w:r>
    </w:p>
    <w:p>
      <w:r>
        <w:t>[Summarize relevant literature. Explain how your work differs.]</w:t>
      </w:r>
    </w:p>
    <w:p>
      <w:pPr>
        <w:pStyle w:val="Heading1"/>
      </w:pPr>
      <w:r>
        <w:t>3. Problem Formulation / Preliminaries</w:t>
      </w:r>
    </w:p>
    <w:p>
      <w:r>
        <w:t>[Define the system, variables, assumptions, and objectives. Provide notation.]</w:t>
      </w:r>
    </w:p>
    <w:p>
      <w:pPr>
        <w:pStyle w:val="Heading1"/>
      </w:pPr>
      <w:r>
        <w:t>4. Methodology</w:t>
      </w:r>
    </w:p>
    <w:p>
      <w:r>
        <w:t>[Describe algorithms, controllers, models, training procedures, and design choices in reproducible detail.]</w:t>
      </w:r>
    </w:p>
    <w:p>
      <w:pPr>
        <w:pStyle w:val="Heading1"/>
      </w:pPr>
      <w:r>
        <w:t>5. Experimental Setup / Simulation Environment</w:t>
      </w:r>
    </w:p>
    <w:p>
      <w:r>
        <w:t>[Datasets/simulators, preprocessing, hyperparameters, hardware, baselines, metrics, protocol.]</w:t>
      </w:r>
    </w:p>
    <w:p>
      <w:pPr>
        <w:pStyle w:val="Heading1"/>
      </w:pPr>
      <w:r>
        <w:t>6. Results</w:t>
      </w:r>
    </w:p>
    <w:p>
      <w:r>
        <w:t>[Present results with appropriate baselines. Include uncertainty/statistics where relevant.]</w:t>
      </w:r>
    </w:p>
    <w:p>
      <w:pPr>
        <w:pStyle w:val="Heading1"/>
      </w:pPr>
      <w:r>
        <w:t>7. Discussion</w:t>
      </w:r>
    </w:p>
    <w:p>
      <w:r>
        <w:t>[Interpret results, failure modes, limitations, and practical implications.]</w:t>
      </w:r>
    </w:p>
    <w:p>
      <w:pPr>
        <w:pStyle w:val="Heading1"/>
      </w:pPr>
      <w:r>
        <w:t>8. Conclusion and Future Work</w:t>
      </w:r>
    </w:p>
    <w:p>
      <w:r>
        <w:t>[Summarize findings and outline next steps.]</w:t>
      </w:r>
    </w:p>
    <w:p>
      <w:pPr>
        <w:pStyle w:val="Heading1"/>
      </w:pPr>
      <w:r>
        <w:t>Ethics Statement (if applicable)</w:t>
      </w:r>
    </w:p>
    <w:p>
      <w:r>
        <w:t>[Describe approvals/consent or state 'Not applicable'.]</w:t>
      </w:r>
    </w:p>
    <w:p>
      <w:pPr>
        <w:pStyle w:val="Heading1"/>
      </w:pPr>
      <w:r>
        <w:t>Conflicts of Interest</w:t>
      </w:r>
    </w:p>
    <w:p>
      <w:r>
        <w:t>[Disclose any conflicts or state 'The authors declare no conflicts of interest.']</w:t>
      </w:r>
    </w:p>
    <w:p>
      <w:pPr>
        <w:pStyle w:val="Heading1"/>
      </w:pPr>
      <w:r>
        <w:t>Funding</w:t>
      </w:r>
    </w:p>
    <w:p>
      <w:r>
        <w:t>[List funding sources or state 'No external funding was received.']</w:t>
      </w:r>
    </w:p>
    <w:p>
      <w:pPr>
        <w:pStyle w:val="Heading1"/>
      </w:pPr>
      <w:r>
        <w:t>Data and Code Availability</w:t>
      </w:r>
    </w:p>
    <w:p>
      <w:r>
        <w:t>[Provide repository links/DOIs or state conditions for access (e.g., on request, restricted data).]</w:t>
      </w:r>
    </w:p>
    <w:p>
      <w:pPr>
        <w:pStyle w:val="Heading1"/>
      </w:pPr>
      <w:r>
        <w:t>References</w:t>
      </w:r>
    </w:p>
    <w:p>
      <w:r>
        <w:t>Use a consistent citation style. Include DOIs where available. Example entries:</w:t>
      </w:r>
    </w:p>
    <w:p>
      <w:pPr>
        <w:pStyle w:val="ListBullet"/>
      </w:pPr>
      <w:r>
        <w:t>Author, A. and Author, B., “Paper title,” Journal/Conference, vol. X, no. Y, pp. Z–ZZ, Year.</w:t>
      </w:r>
    </w:p>
    <w:p>
      <w:pPr>
        <w:pStyle w:val="ListBullet"/>
      </w:pPr>
      <w:r>
        <w:t>Author, C., Book Title, Publisher, Year.</w:t>
      </w:r>
    </w:p>
    <w:p>
      <w:pPr>
        <w:pStyle w:val="Heading1"/>
      </w:pPr>
      <w:r>
        <w:t>Appendix (optional)</w:t>
      </w:r>
    </w:p>
    <w:p>
      <w:r>
        <w:t>[Additional derivations, proofs, extended tables/figures, implementation details.]</w:t>
      </w:r>
    </w:p>
    <w:sectPr w:rsidR="00FC693F" w:rsidRPr="0006063C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Noto Sans" w:hAnsi="Noto Sans" w:eastAsia="Noto Sans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